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9DAA2" w14:textId="77777777" w:rsidR="00B00123" w:rsidRDefault="00B00123" w:rsidP="001B54C3">
      <w:pPr>
        <w:jc w:val="center"/>
        <w:rPr>
          <w:b/>
          <w:bCs/>
          <w:lang w:val="es-ES"/>
        </w:rPr>
      </w:pPr>
    </w:p>
    <w:p w14:paraId="05AD83F3" w14:textId="79C33CA1" w:rsidR="00F1520C" w:rsidRPr="001B54C3" w:rsidRDefault="001B54C3" w:rsidP="001B54C3">
      <w:pPr>
        <w:jc w:val="center"/>
        <w:rPr>
          <w:lang w:val="es-ES"/>
        </w:rPr>
      </w:pPr>
      <w:r w:rsidRPr="001B54C3">
        <w:rPr>
          <w:b/>
          <w:lang w:val="es-ES"/>
        </w:rPr>
        <w:t>DECLARACIÓN JURADA DE IDONEIDAD E INTEGRIDAD</w:t>
      </w:r>
    </w:p>
    <w:p w14:paraId="6CABB127" w14:textId="77777777" w:rsidR="00F1520C" w:rsidRPr="001B54C3" w:rsidRDefault="001B54C3">
      <w:pPr>
        <w:rPr>
          <w:lang w:val="es-ES"/>
        </w:rPr>
      </w:pPr>
      <w:r w:rsidRPr="001B54C3">
        <w:rPr>
          <w:lang w:val="es-ES"/>
        </w:rPr>
        <w:t>(Con base en el Acuerdo CONASSIF 15-22 y el Acuerdo SUGEF 08-24, Anexo 15)</w:t>
      </w:r>
    </w:p>
    <w:p w14:paraId="11B827FF" w14:textId="77777777" w:rsidR="00F1520C" w:rsidRDefault="001B54C3">
      <w:r w:rsidRPr="001B54C3">
        <w:rPr>
          <w:lang w:val="es-ES"/>
        </w:rPr>
        <w:t>Yo, ________________________________________, portador(a) de la cédula de identidad N.º ________________________, en mi condición de postulante al cargo de Gerente General del Banco Hipotecario de la Vivienda (BANHVI), y bajo la fe del juramento, declaro:</w:t>
      </w:r>
      <w:r w:rsidRPr="001B54C3">
        <w:rPr>
          <w:lang w:val="es-ES"/>
        </w:rPr>
        <w:br/>
      </w:r>
      <w:r w:rsidRPr="001B54C3">
        <w:rPr>
          <w:lang w:val="es-ES"/>
        </w:rPr>
        <w:br/>
        <w:t>1. Que no he sido condenado(a) ni tengo procesos judiciales en curso por delitos dolosos contra la función pública, la fe pública, la Hacienda Pública, la propiedad o la buena fe en los negocios.</w:t>
      </w:r>
      <w:r w:rsidRPr="001B54C3">
        <w:rPr>
          <w:lang w:val="es-ES"/>
        </w:rPr>
        <w:br/>
        <w:t>2. Que no figuro en listas nacionales ni internacionales vinculadas con legitimación de capitales, financiamiento del terrorismo o proliferación de armas.</w:t>
      </w:r>
      <w:r w:rsidRPr="001B54C3">
        <w:rPr>
          <w:lang w:val="es-ES"/>
        </w:rPr>
        <w:br/>
        <w:t>3. Que no soy deudor(a) moroso(a) del Fisco, la Hacienda Pública, corporaciones municipales ni instituciones del Estado.</w:t>
      </w:r>
      <w:r w:rsidRPr="001B54C3">
        <w:rPr>
          <w:lang w:val="es-ES"/>
        </w:rPr>
        <w:br/>
        <w:t>4. Que no tengo parentesco, por consanguinidad o afinidad hasta el tercer grado inclusive, con funcionarios del BANHVI ni con miembros de su Órgano de Dirección o Alta Gerencia.</w:t>
      </w:r>
      <w:r w:rsidRPr="001B54C3">
        <w:rPr>
          <w:lang w:val="es-ES"/>
        </w:rPr>
        <w:br/>
        <w:t>5. Que no poseo conflictos de interés, reales, aparentes o potenciales, que puedan afectar mi desempeño en el cargo.</w:t>
      </w:r>
      <w:r w:rsidRPr="001B54C3">
        <w:rPr>
          <w:lang w:val="es-ES"/>
        </w:rPr>
        <w:br/>
        <w:t>6. Que no estoy inhabilitado(a) para ejercer cargos públicos ni el ejercicio de mi profesión.</w:t>
      </w:r>
      <w:r w:rsidRPr="001B54C3">
        <w:rPr>
          <w:lang w:val="es-ES"/>
        </w:rPr>
        <w:br/>
        <w:t>7. Que me comprometo a notificar de inmediato cualquier cambio en las condiciones anteriores que pueda afectar mi idoneidad o integridad.</w:t>
      </w:r>
      <w:r w:rsidRPr="001B54C3">
        <w:rPr>
          <w:lang w:val="es-ES"/>
        </w:rPr>
        <w:br/>
      </w:r>
      <w:r w:rsidRPr="001B54C3">
        <w:rPr>
          <w:lang w:val="es-ES"/>
        </w:rPr>
        <w:br/>
        <w:t>Declaro además que toda la información contenida en mi postulación es veraz y comprobable, y que soy consciente de que cualquier falsedad constituirá causa de exclusión o nulidad del nombramiento, según la normativa aplicable.</w:t>
      </w:r>
      <w:r w:rsidRPr="001B54C3">
        <w:rPr>
          <w:lang w:val="es-ES"/>
        </w:rPr>
        <w:br/>
      </w:r>
      <w:r w:rsidRPr="001B54C3">
        <w:rPr>
          <w:lang w:val="es-ES"/>
        </w:rPr>
        <w:br/>
        <w:t>En fe de lo cual, firmo la presente declaración en San José, a los _____ días del mes de __________ del año _______.</w:t>
      </w:r>
      <w:r w:rsidRPr="001B54C3">
        <w:rPr>
          <w:lang w:val="es-ES"/>
        </w:rPr>
        <w:br/>
      </w:r>
      <w:r w:rsidRPr="001B54C3">
        <w:rPr>
          <w:lang w:val="es-ES"/>
        </w:rPr>
        <w:br/>
      </w:r>
      <w:proofErr w:type="spellStart"/>
      <w:r>
        <w:t>Firma</w:t>
      </w:r>
      <w:proofErr w:type="spellEnd"/>
      <w:r>
        <w:t>: __________________________________________</w:t>
      </w:r>
      <w:r>
        <w:br/>
        <w:t xml:space="preserve">Nombre </w:t>
      </w:r>
      <w:proofErr w:type="spellStart"/>
      <w:r>
        <w:t>completo</w:t>
      </w:r>
      <w:proofErr w:type="spellEnd"/>
      <w:r>
        <w:t>: ________________________________</w:t>
      </w:r>
      <w:r>
        <w:br/>
        <w:t>Número de cédula: ________________________________</w:t>
      </w:r>
      <w:r>
        <w:br/>
        <w:t>Teléfono / correo electrónico: _______________________</w:t>
      </w:r>
      <w:r>
        <w:br/>
      </w:r>
    </w:p>
    <w:sectPr w:rsidR="00F1520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6634F" w14:textId="77777777" w:rsidR="003821C0" w:rsidRDefault="003821C0" w:rsidP="001856C4">
      <w:pPr>
        <w:spacing w:after="0" w:line="240" w:lineRule="auto"/>
      </w:pPr>
      <w:r>
        <w:separator/>
      </w:r>
    </w:p>
  </w:endnote>
  <w:endnote w:type="continuationSeparator" w:id="0">
    <w:p w14:paraId="01FFB071" w14:textId="77777777" w:rsidR="003821C0" w:rsidRDefault="003821C0" w:rsidP="00185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99E0C" w14:textId="77777777" w:rsidR="003821C0" w:rsidRDefault="003821C0" w:rsidP="001856C4">
      <w:pPr>
        <w:spacing w:after="0" w:line="240" w:lineRule="auto"/>
      </w:pPr>
      <w:r>
        <w:separator/>
      </w:r>
    </w:p>
  </w:footnote>
  <w:footnote w:type="continuationSeparator" w:id="0">
    <w:p w14:paraId="0A8F87A8" w14:textId="77777777" w:rsidR="003821C0" w:rsidRDefault="003821C0" w:rsidP="00185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C6E2" w14:textId="06E27547" w:rsidR="001856C4" w:rsidRDefault="001856C4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B9DB0B" wp14:editId="4D14FBF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98171" cy="589033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171" cy="589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5529086">
    <w:abstractNumId w:val="8"/>
  </w:num>
  <w:num w:numId="2" w16cid:durableId="1101995043">
    <w:abstractNumId w:val="6"/>
  </w:num>
  <w:num w:numId="3" w16cid:durableId="1586454130">
    <w:abstractNumId w:val="5"/>
  </w:num>
  <w:num w:numId="4" w16cid:durableId="616721537">
    <w:abstractNumId w:val="4"/>
  </w:num>
  <w:num w:numId="5" w16cid:durableId="1189567116">
    <w:abstractNumId w:val="7"/>
  </w:num>
  <w:num w:numId="6" w16cid:durableId="1071853528">
    <w:abstractNumId w:val="3"/>
  </w:num>
  <w:num w:numId="7" w16cid:durableId="1708867033">
    <w:abstractNumId w:val="2"/>
  </w:num>
  <w:num w:numId="8" w16cid:durableId="380712853">
    <w:abstractNumId w:val="1"/>
  </w:num>
  <w:num w:numId="9" w16cid:durableId="130685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A74"/>
    <w:rsid w:val="00034616"/>
    <w:rsid w:val="0006063C"/>
    <w:rsid w:val="0015074B"/>
    <w:rsid w:val="001856C4"/>
    <w:rsid w:val="001B54C3"/>
    <w:rsid w:val="0029639D"/>
    <w:rsid w:val="00326F90"/>
    <w:rsid w:val="003821C0"/>
    <w:rsid w:val="00AA1D8D"/>
    <w:rsid w:val="00B00123"/>
    <w:rsid w:val="00B47730"/>
    <w:rsid w:val="00CB0664"/>
    <w:rsid w:val="00DB4240"/>
    <w:rsid w:val="00F152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40F956"/>
  <w14:defaultImageDpi w14:val="300"/>
  <w15:docId w15:val="{28226DCD-93F3-4F1F-A8D7-025C8A69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Hellen Godínez Jiménez</cp:lastModifiedBy>
  <cp:revision>4</cp:revision>
  <dcterms:created xsi:type="dcterms:W3CDTF">2025-11-05T23:52:00Z</dcterms:created>
  <dcterms:modified xsi:type="dcterms:W3CDTF">2026-09-22T15:35:00Z</dcterms:modified>
  <cp:category/>
</cp:coreProperties>
</file>